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12D0" w14:textId="46440A30" w:rsidR="0004273E" w:rsidRPr="00A659AC" w:rsidRDefault="00000000" w:rsidP="00A659AC">
      <w:pPr>
        <w:spacing w:after="0" w:line="240" w:lineRule="auto"/>
        <w:jc w:val="center"/>
        <w:rPr>
          <w:sz w:val="28"/>
          <w:szCs w:val="28"/>
        </w:rPr>
      </w:pPr>
      <w:r w:rsidRPr="00A659AC">
        <w:rPr>
          <w:b/>
          <w:sz w:val="28"/>
          <w:szCs w:val="28"/>
        </w:rPr>
        <w:t xml:space="preserve">PHIẾU ĐĂNG KÝ THAM DỰ </w:t>
      </w:r>
    </w:p>
    <w:p w14:paraId="4AC5A6DB" w14:textId="77777777" w:rsidR="0004273E" w:rsidRPr="00A659AC" w:rsidRDefault="00000000" w:rsidP="00A659AC">
      <w:pPr>
        <w:spacing w:after="0" w:line="240" w:lineRule="auto"/>
        <w:jc w:val="center"/>
        <w:rPr>
          <w:sz w:val="28"/>
          <w:szCs w:val="28"/>
        </w:rPr>
      </w:pPr>
      <w:r w:rsidRPr="00A659AC">
        <w:rPr>
          <w:b/>
          <w:sz w:val="28"/>
          <w:szCs w:val="28"/>
        </w:rPr>
        <w:t>HỘI NGHỊ “GẶP GỠ INDONESIA 2026” (MEET INDONESIA 2026)</w:t>
      </w:r>
    </w:p>
    <w:p w14:paraId="1B9EEB9D" w14:textId="5A46D82B" w:rsidR="0004273E" w:rsidRPr="00A659AC" w:rsidRDefault="00A659AC" w:rsidP="00A659AC">
      <w:pPr>
        <w:spacing w:after="0" w:line="240" w:lineRule="auto"/>
        <w:jc w:val="center"/>
        <w:rPr>
          <w:sz w:val="28"/>
          <w:szCs w:val="28"/>
        </w:rPr>
      </w:pPr>
      <w:r w:rsidRPr="00A659AC">
        <w:rPr>
          <w:i/>
          <w:sz w:val="28"/>
          <w:szCs w:val="28"/>
        </w:rPr>
        <w:t xml:space="preserve">Thành phố </w:t>
      </w:r>
      <w:r w:rsidR="00000000" w:rsidRPr="00A659AC">
        <w:rPr>
          <w:i/>
          <w:sz w:val="28"/>
          <w:szCs w:val="28"/>
        </w:rPr>
        <w:t>Quảng Ninh, ngày 30/10/2026</w:t>
      </w:r>
    </w:p>
    <w:p w14:paraId="3AC1A786" w14:textId="77777777" w:rsidR="0004273E" w:rsidRDefault="00000000">
      <w:pPr>
        <w:spacing w:before="120" w:after="80"/>
      </w:pPr>
      <w:r>
        <w:rPr>
          <w:b/>
        </w:rPr>
        <w:t>I. THÔNG TIN ĐỊA PHƯƠNG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7324"/>
      </w:tblGrid>
      <w:tr w:rsidR="0004273E" w14:paraId="4F9B2913" w14:textId="77777777" w:rsidTr="00A659AC">
        <w:trPr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32449014" w14:textId="77777777" w:rsidR="0004273E" w:rsidRDefault="00000000">
            <w:r>
              <w:rPr>
                <w:b/>
              </w:rPr>
              <w:t>Nội dung</w:t>
            </w:r>
          </w:p>
        </w:tc>
        <w:tc>
          <w:tcPr>
            <w:tcW w:w="7324" w:type="dxa"/>
            <w:shd w:val="clear" w:color="auto" w:fill="D9EAF7"/>
            <w:vAlign w:val="center"/>
          </w:tcPr>
          <w:p w14:paraId="0B582549" w14:textId="77777777" w:rsidR="0004273E" w:rsidRDefault="00000000">
            <w:r>
              <w:rPr>
                <w:b/>
              </w:rPr>
              <w:t>Thông tin đăng ký</w:t>
            </w:r>
          </w:p>
        </w:tc>
      </w:tr>
      <w:tr w:rsidR="0004273E" w14:paraId="42ACD2EC" w14:textId="77777777" w:rsidTr="00A659AC">
        <w:trPr>
          <w:jc w:val="center"/>
        </w:trPr>
        <w:tc>
          <w:tcPr>
            <w:tcW w:w="2835" w:type="dxa"/>
            <w:vAlign w:val="center"/>
          </w:tcPr>
          <w:p w14:paraId="0E83A9A7" w14:textId="77777777" w:rsidR="0004273E" w:rsidRDefault="00000000">
            <w:r>
              <w:t>Tỉnh/thành phố</w:t>
            </w:r>
          </w:p>
        </w:tc>
        <w:tc>
          <w:tcPr>
            <w:tcW w:w="7324" w:type="dxa"/>
            <w:vAlign w:val="center"/>
          </w:tcPr>
          <w:p w14:paraId="6C1026C9" w14:textId="77777777" w:rsidR="0004273E" w:rsidRDefault="0004273E"/>
        </w:tc>
      </w:tr>
      <w:tr w:rsidR="0004273E" w14:paraId="693B6EB1" w14:textId="77777777" w:rsidTr="00A659AC">
        <w:trPr>
          <w:jc w:val="center"/>
        </w:trPr>
        <w:tc>
          <w:tcPr>
            <w:tcW w:w="2835" w:type="dxa"/>
            <w:vAlign w:val="center"/>
          </w:tcPr>
          <w:p w14:paraId="7B2482C5" w14:textId="77777777" w:rsidR="0004273E" w:rsidRDefault="00000000">
            <w:r>
              <w:t>Cơ quan đầu mối</w:t>
            </w:r>
          </w:p>
        </w:tc>
        <w:tc>
          <w:tcPr>
            <w:tcW w:w="7324" w:type="dxa"/>
            <w:vAlign w:val="center"/>
          </w:tcPr>
          <w:p w14:paraId="42B9B401" w14:textId="77777777" w:rsidR="0004273E" w:rsidRDefault="0004273E"/>
        </w:tc>
      </w:tr>
      <w:tr w:rsidR="0004273E" w14:paraId="1F36AD01" w14:textId="77777777" w:rsidTr="00A659AC">
        <w:trPr>
          <w:jc w:val="center"/>
        </w:trPr>
        <w:tc>
          <w:tcPr>
            <w:tcW w:w="2835" w:type="dxa"/>
            <w:vAlign w:val="center"/>
          </w:tcPr>
          <w:p w14:paraId="28125E75" w14:textId="77777777" w:rsidR="0004273E" w:rsidRDefault="00000000">
            <w:r>
              <w:t>Cán bộ đầu mối</w:t>
            </w:r>
          </w:p>
        </w:tc>
        <w:tc>
          <w:tcPr>
            <w:tcW w:w="7324" w:type="dxa"/>
            <w:vAlign w:val="center"/>
          </w:tcPr>
          <w:p w14:paraId="63BE8665" w14:textId="77777777" w:rsidR="0004273E" w:rsidRDefault="0004273E"/>
        </w:tc>
      </w:tr>
      <w:tr w:rsidR="0004273E" w14:paraId="026726F4" w14:textId="77777777" w:rsidTr="00A659AC">
        <w:trPr>
          <w:jc w:val="center"/>
        </w:trPr>
        <w:tc>
          <w:tcPr>
            <w:tcW w:w="2835" w:type="dxa"/>
            <w:vAlign w:val="center"/>
          </w:tcPr>
          <w:p w14:paraId="0F97D0D0" w14:textId="77777777" w:rsidR="0004273E" w:rsidRDefault="00000000">
            <w:r>
              <w:t>Chức vụ</w:t>
            </w:r>
          </w:p>
        </w:tc>
        <w:tc>
          <w:tcPr>
            <w:tcW w:w="7324" w:type="dxa"/>
            <w:vAlign w:val="center"/>
          </w:tcPr>
          <w:p w14:paraId="4E32800C" w14:textId="77777777" w:rsidR="0004273E" w:rsidRDefault="0004273E"/>
        </w:tc>
      </w:tr>
      <w:tr w:rsidR="0004273E" w14:paraId="790D0BA0" w14:textId="77777777" w:rsidTr="00A659AC">
        <w:trPr>
          <w:jc w:val="center"/>
        </w:trPr>
        <w:tc>
          <w:tcPr>
            <w:tcW w:w="2835" w:type="dxa"/>
            <w:vAlign w:val="center"/>
          </w:tcPr>
          <w:p w14:paraId="4A4E02E8" w14:textId="77777777" w:rsidR="0004273E" w:rsidRDefault="00000000">
            <w:r>
              <w:t>Điện thoại</w:t>
            </w:r>
          </w:p>
        </w:tc>
        <w:tc>
          <w:tcPr>
            <w:tcW w:w="7324" w:type="dxa"/>
            <w:vAlign w:val="center"/>
          </w:tcPr>
          <w:p w14:paraId="2DD254D4" w14:textId="77777777" w:rsidR="0004273E" w:rsidRDefault="0004273E"/>
        </w:tc>
      </w:tr>
      <w:tr w:rsidR="0004273E" w14:paraId="76C1E304" w14:textId="77777777" w:rsidTr="00A659AC">
        <w:trPr>
          <w:jc w:val="center"/>
        </w:trPr>
        <w:tc>
          <w:tcPr>
            <w:tcW w:w="2835" w:type="dxa"/>
            <w:vAlign w:val="center"/>
          </w:tcPr>
          <w:p w14:paraId="0483E553" w14:textId="77777777" w:rsidR="0004273E" w:rsidRDefault="00000000">
            <w:r>
              <w:t>Email</w:t>
            </w:r>
          </w:p>
        </w:tc>
        <w:tc>
          <w:tcPr>
            <w:tcW w:w="7324" w:type="dxa"/>
            <w:vAlign w:val="center"/>
          </w:tcPr>
          <w:p w14:paraId="53015FB7" w14:textId="77777777" w:rsidR="0004273E" w:rsidRDefault="0004273E"/>
        </w:tc>
      </w:tr>
    </w:tbl>
    <w:p w14:paraId="072F141B" w14:textId="77777777" w:rsidR="0004273E" w:rsidRDefault="00000000">
      <w:pPr>
        <w:spacing w:before="120" w:after="80"/>
      </w:pPr>
      <w:r>
        <w:rPr>
          <w:b/>
        </w:rPr>
        <w:t>II. DANH SÁCH ĐẠI BIỂU THAM DỰ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70"/>
        <w:gridCol w:w="1814"/>
        <w:gridCol w:w="1474"/>
        <w:gridCol w:w="2041"/>
        <w:gridCol w:w="4245"/>
      </w:tblGrid>
      <w:tr w:rsidR="00A659AC" w14:paraId="76DAF5B3" w14:textId="77777777" w:rsidTr="00A659AC">
        <w:trPr>
          <w:jc w:val="center"/>
        </w:trPr>
        <w:tc>
          <w:tcPr>
            <w:tcW w:w="670" w:type="dxa"/>
            <w:shd w:val="clear" w:color="auto" w:fill="D9EAF7"/>
            <w:vAlign w:val="center"/>
          </w:tcPr>
          <w:p w14:paraId="342308D4" w14:textId="77777777" w:rsidR="00A659AC" w:rsidRDefault="00A659AC">
            <w:r>
              <w:rPr>
                <w:b/>
              </w:rPr>
              <w:t>STT</w:t>
            </w:r>
          </w:p>
        </w:tc>
        <w:tc>
          <w:tcPr>
            <w:tcW w:w="1814" w:type="dxa"/>
            <w:shd w:val="clear" w:color="auto" w:fill="D9EAF7"/>
            <w:vAlign w:val="center"/>
          </w:tcPr>
          <w:p w14:paraId="3F168F9F" w14:textId="77777777" w:rsidR="00A659AC" w:rsidRDefault="00A659AC">
            <w:r>
              <w:rPr>
                <w:b/>
              </w:rPr>
              <w:t>Họ và tên</w:t>
            </w:r>
          </w:p>
        </w:tc>
        <w:tc>
          <w:tcPr>
            <w:tcW w:w="1474" w:type="dxa"/>
            <w:shd w:val="clear" w:color="auto" w:fill="D9EAF7"/>
            <w:vAlign w:val="center"/>
          </w:tcPr>
          <w:p w14:paraId="5F90A219" w14:textId="77777777" w:rsidR="00A659AC" w:rsidRDefault="00A659AC">
            <w:r>
              <w:rPr>
                <w:b/>
              </w:rPr>
              <w:t>Chức vụ</w:t>
            </w:r>
          </w:p>
        </w:tc>
        <w:tc>
          <w:tcPr>
            <w:tcW w:w="2041" w:type="dxa"/>
            <w:shd w:val="clear" w:color="auto" w:fill="D9EAF7"/>
            <w:vAlign w:val="center"/>
          </w:tcPr>
          <w:p w14:paraId="4AA78308" w14:textId="77777777" w:rsidR="00A659AC" w:rsidRDefault="00A659AC">
            <w:r>
              <w:rPr>
                <w:b/>
              </w:rPr>
              <w:t>Cơ quan/đơn vị</w:t>
            </w:r>
          </w:p>
        </w:tc>
        <w:tc>
          <w:tcPr>
            <w:tcW w:w="4245" w:type="dxa"/>
            <w:shd w:val="clear" w:color="auto" w:fill="D9EAF7"/>
            <w:vAlign w:val="center"/>
          </w:tcPr>
          <w:p w14:paraId="2AD635CE" w14:textId="77777777" w:rsidR="00A659AC" w:rsidRDefault="00A659AC">
            <w:r>
              <w:rPr>
                <w:b/>
              </w:rPr>
              <w:t>Ghi chú</w:t>
            </w:r>
          </w:p>
        </w:tc>
      </w:tr>
      <w:tr w:rsidR="00A659AC" w14:paraId="23B63F4D" w14:textId="77777777" w:rsidTr="00A659AC">
        <w:trPr>
          <w:jc w:val="center"/>
        </w:trPr>
        <w:tc>
          <w:tcPr>
            <w:tcW w:w="670" w:type="dxa"/>
            <w:vAlign w:val="center"/>
          </w:tcPr>
          <w:p w14:paraId="4910DA60" w14:textId="77777777" w:rsidR="00A659AC" w:rsidRDefault="00A659AC">
            <w:r>
              <w:t>1</w:t>
            </w:r>
          </w:p>
        </w:tc>
        <w:tc>
          <w:tcPr>
            <w:tcW w:w="1814" w:type="dxa"/>
            <w:vAlign w:val="center"/>
          </w:tcPr>
          <w:p w14:paraId="26966294" w14:textId="77777777" w:rsidR="00A659AC" w:rsidRDefault="00A659AC"/>
        </w:tc>
        <w:tc>
          <w:tcPr>
            <w:tcW w:w="1474" w:type="dxa"/>
            <w:vAlign w:val="center"/>
          </w:tcPr>
          <w:p w14:paraId="7250891A" w14:textId="77777777" w:rsidR="00A659AC" w:rsidRDefault="00A659AC"/>
        </w:tc>
        <w:tc>
          <w:tcPr>
            <w:tcW w:w="2041" w:type="dxa"/>
            <w:vAlign w:val="center"/>
          </w:tcPr>
          <w:p w14:paraId="16A89346" w14:textId="77777777" w:rsidR="00A659AC" w:rsidRDefault="00A659AC"/>
        </w:tc>
        <w:tc>
          <w:tcPr>
            <w:tcW w:w="4245" w:type="dxa"/>
            <w:vAlign w:val="center"/>
          </w:tcPr>
          <w:p w14:paraId="64E0EB78" w14:textId="77777777" w:rsidR="00A659AC" w:rsidRDefault="00A659AC">
            <w:r>
              <w:t>Trưởng đoàn</w:t>
            </w:r>
          </w:p>
        </w:tc>
      </w:tr>
      <w:tr w:rsidR="00A659AC" w14:paraId="18148EEC" w14:textId="77777777" w:rsidTr="00A659AC">
        <w:trPr>
          <w:jc w:val="center"/>
        </w:trPr>
        <w:tc>
          <w:tcPr>
            <w:tcW w:w="670" w:type="dxa"/>
            <w:vAlign w:val="center"/>
          </w:tcPr>
          <w:p w14:paraId="21A7253F" w14:textId="77777777" w:rsidR="00A659AC" w:rsidRDefault="00A659AC">
            <w:r>
              <w:t>2</w:t>
            </w:r>
          </w:p>
        </w:tc>
        <w:tc>
          <w:tcPr>
            <w:tcW w:w="1814" w:type="dxa"/>
            <w:vAlign w:val="center"/>
          </w:tcPr>
          <w:p w14:paraId="244CA52D" w14:textId="77777777" w:rsidR="00A659AC" w:rsidRDefault="00A659AC"/>
        </w:tc>
        <w:tc>
          <w:tcPr>
            <w:tcW w:w="1474" w:type="dxa"/>
            <w:vAlign w:val="center"/>
          </w:tcPr>
          <w:p w14:paraId="2B69672C" w14:textId="77777777" w:rsidR="00A659AC" w:rsidRDefault="00A659AC"/>
        </w:tc>
        <w:tc>
          <w:tcPr>
            <w:tcW w:w="2041" w:type="dxa"/>
            <w:vAlign w:val="center"/>
          </w:tcPr>
          <w:p w14:paraId="05A7C2D4" w14:textId="77777777" w:rsidR="00A659AC" w:rsidRDefault="00A659AC"/>
        </w:tc>
        <w:tc>
          <w:tcPr>
            <w:tcW w:w="4245" w:type="dxa"/>
            <w:vAlign w:val="center"/>
          </w:tcPr>
          <w:p w14:paraId="0471AD5E" w14:textId="77777777" w:rsidR="00A659AC" w:rsidRDefault="00A659AC"/>
        </w:tc>
      </w:tr>
    </w:tbl>
    <w:p w14:paraId="2A17CF27" w14:textId="249C1156" w:rsidR="0004273E" w:rsidRDefault="00000000" w:rsidP="00A659AC">
      <w:pPr>
        <w:spacing w:before="120" w:after="80"/>
        <w:jc w:val="both"/>
      </w:pPr>
      <w:r>
        <w:rPr>
          <w:b/>
        </w:rPr>
        <w:t>I</w:t>
      </w:r>
      <w:r w:rsidR="00A659AC">
        <w:rPr>
          <w:b/>
        </w:rPr>
        <w:t>II</w:t>
      </w:r>
      <w:r>
        <w:rPr>
          <w:b/>
        </w:rPr>
        <w:t>. ĐĂNG KÝ NHU CẦU LÀM VIỆC CỦA LÃNH ĐẠO ĐỊA PHƯƠNG VỚI ĐẠI SỨ</w:t>
      </w:r>
      <w:r w:rsidR="00A659AC">
        <w:rPr>
          <w:b/>
        </w:rPr>
        <w:t xml:space="preserve"> </w:t>
      </w:r>
      <w:r>
        <w:rPr>
          <w:b/>
        </w:rPr>
        <w:t>INDONESIA TẠI VIỆT NAM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30"/>
        <w:gridCol w:w="5409"/>
      </w:tblGrid>
      <w:tr w:rsidR="0004273E" w14:paraId="24E25805" w14:textId="77777777" w:rsidTr="005014D2">
        <w:trPr>
          <w:jc w:val="center"/>
        </w:trPr>
        <w:tc>
          <w:tcPr>
            <w:tcW w:w="4930" w:type="dxa"/>
            <w:shd w:val="clear" w:color="auto" w:fill="D9EAF7"/>
            <w:vAlign w:val="center"/>
          </w:tcPr>
          <w:p w14:paraId="6E72C7EF" w14:textId="77777777" w:rsidR="0004273E" w:rsidRDefault="00000000">
            <w:r>
              <w:rPr>
                <w:b/>
              </w:rPr>
              <w:t>Nội dung</w:t>
            </w:r>
          </w:p>
        </w:tc>
        <w:tc>
          <w:tcPr>
            <w:tcW w:w="5409" w:type="dxa"/>
            <w:shd w:val="clear" w:color="auto" w:fill="D9EAF7"/>
            <w:vAlign w:val="center"/>
          </w:tcPr>
          <w:p w14:paraId="446D0194" w14:textId="77777777" w:rsidR="0004273E" w:rsidRDefault="00000000">
            <w:r>
              <w:rPr>
                <w:b/>
              </w:rPr>
              <w:t>Thông tin đăng ký</w:t>
            </w:r>
          </w:p>
        </w:tc>
      </w:tr>
      <w:tr w:rsidR="0004273E" w14:paraId="72DEA88F" w14:textId="77777777" w:rsidTr="005014D2">
        <w:trPr>
          <w:jc w:val="center"/>
        </w:trPr>
        <w:tc>
          <w:tcPr>
            <w:tcW w:w="4930" w:type="dxa"/>
            <w:vAlign w:val="center"/>
          </w:tcPr>
          <w:p w14:paraId="1A5775B6" w14:textId="77777777" w:rsidR="0004273E" w:rsidRDefault="00000000">
            <w:r>
              <w:t>Nhu cầu đăng ký cuộc làm việc</w:t>
            </w:r>
          </w:p>
        </w:tc>
        <w:tc>
          <w:tcPr>
            <w:tcW w:w="5409" w:type="dxa"/>
            <w:vAlign w:val="center"/>
          </w:tcPr>
          <w:p w14:paraId="284B7BF2" w14:textId="77777777" w:rsidR="0004273E" w:rsidRDefault="00000000">
            <w:r>
              <w:t>☐ Có       ☐ Không</w:t>
            </w:r>
          </w:p>
        </w:tc>
      </w:tr>
      <w:tr w:rsidR="0004273E" w14:paraId="3A98914E" w14:textId="77777777" w:rsidTr="005014D2">
        <w:trPr>
          <w:jc w:val="center"/>
        </w:trPr>
        <w:tc>
          <w:tcPr>
            <w:tcW w:w="4930" w:type="dxa"/>
            <w:vAlign w:val="center"/>
          </w:tcPr>
          <w:p w14:paraId="62F5783F" w14:textId="77777777" w:rsidR="0004273E" w:rsidRDefault="00000000">
            <w:r>
              <w:t>Lãnh đạo địa phương dự kiến tham dự</w:t>
            </w:r>
          </w:p>
        </w:tc>
        <w:tc>
          <w:tcPr>
            <w:tcW w:w="5409" w:type="dxa"/>
            <w:vAlign w:val="center"/>
          </w:tcPr>
          <w:p w14:paraId="7E13044A" w14:textId="77777777" w:rsidR="0004273E" w:rsidRDefault="0004273E"/>
        </w:tc>
      </w:tr>
      <w:tr w:rsidR="0004273E" w14:paraId="413DF7A4" w14:textId="77777777" w:rsidTr="005014D2">
        <w:trPr>
          <w:jc w:val="center"/>
        </w:trPr>
        <w:tc>
          <w:tcPr>
            <w:tcW w:w="4930" w:type="dxa"/>
            <w:vAlign w:val="center"/>
          </w:tcPr>
          <w:p w14:paraId="0A0B3215" w14:textId="77777777" w:rsidR="0004273E" w:rsidRDefault="00000000">
            <w:r>
              <w:t>Nội dung chính đề nghị trao đổi</w:t>
            </w:r>
          </w:p>
        </w:tc>
        <w:tc>
          <w:tcPr>
            <w:tcW w:w="5409" w:type="dxa"/>
            <w:vAlign w:val="center"/>
          </w:tcPr>
          <w:p w14:paraId="6A8D13D0" w14:textId="77777777" w:rsidR="0004273E" w:rsidRDefault="0004273E"/>
        </w:tc>
      </w:tr>
      <w:tr w:rsidR="0004273E" w14:paraId="18AF5008" w14:textId="77777777" w:rsidTr="005014D2">
        <w:trPr>
          <w:jc w:val="center"/>
        </w:trPr>
        <w:tc>
          <w:tcPr>
            <w:tcW w:w="4930" w:type="dxa"/>
            <w:vAlign w:val="center"/>
          </w:tcPr>
          <w:p w14:paraId="015229B2" w14:textId="77777777" w:rsidR="0004273E" w:rsidRDefault="00000000">
            <w:r>
              <w:t>Lĩnh vực/vấn đề ưu tiên</w:t>
            </w:r>
          </w:p>
        </w:tc>
        <w:tc>
          <w:tcPr>
            <w:tcW w:w="5409" w:type="dxa"/>
            <w:vAlign w:val="center"/>
          </w:tcPr>
          <w:p w14:paraId="48164058" w14:textId="77777777" w:rsidR="0004273E" w:rsidRDefault="0004273E"/>
        </w:tc>
      </w:tr>
      <w:tr w:rsidR="0004273E" w14:paraId="46B3AEBE" w14:textId="77777777" w:rsidTr="005014D2">
        <w:trPr>
          <w:jc w:val="center"/>
        </w:trPr>
        <w:tc>
          <w:tcPr>
            <w:tcW w:w="4930" w:type="dxa"/>
            <w:vAlign w:val="center"/>
          </w:tcPr>
          <w:p w14:paraId="189DFC9B" w14:textId="77777777" w:rsidR="0004273E" w:rsidRDefault="00000000">
            <w:r>
              <w:t>Đề xuất, kiến nghị với Đại sứ quán Indonesia</w:t>
            </w:r>
          </w:p>
        </w:tc>
        <w:tc>
          <w:tcPr>
            <w:tcW w:w="5409" w:type="dxa"/>
            <w:vAlign w:val="center"/>
          </w:tcPr>
          <w:p w14:paraId="7FF07489" w14:textId="77777777" w:rsidR="0004273E" w:rsidRDefault="0004273E"/>
        </w:tc>
      </w:tr>
      <w:tr w:rsidR="0004273E" w14:paraId="7A4CB71D" w14:textId="77777777" w:rsidTr="005014D2">
        <w:trPr>
          <w:jc w:val="center"/>
        </w:trPr>
        <w:tc>
          <w:tcPr>
            <w:tcW w:w="4930" w:type="dxa"/>
            <w:vAlign w:val="center"/>
          </w:tcPr>
          <w:p w14:paraId="76439C57" w14:textId="77777777" w:rsidR="0004273E" w:rsidRDefault="00000000">
            <w:r>
              <w:t>Thông tin/tài liệu địa phương dự kiến cung cấp</w:t>
            </w:r>
          </w:p>
        </w:tc>
        <w:tc>
          <w:tcPr>
            <w:tcW w:w="5409" w:type="dxa"/>
            <w:vAlign w:val="center"/>
          </w:tcPr>
          <w:p w14:paraId="1AD1B656" w14:textId="77777777" w:rsidR="0004273E" w:rsidRDefault="0004273E"/>
        </w:tc>
      </w:tr>
    </w:tbl>
    <w:p w14:paraId="6C19C460" w14:textId="1251E49D" w:rsidR="0004273E" w:rsidRDefault="00A659AC">
      <w:pPr>
        <w:spacing w:before="120" w:after="80"/>
      </w:pPr>
      <w:r>
        <w:rPr>
          <w:b/>
        </w:rPr>
        <w:t>I</w:t>
      </w:r>
      <w:r w:rsidR="00000000">
        <w:rPr>
          <w:b/>
        </w:rPr>
        <w:t>V. ĐĂNG KÝ NHU CẦU KẾT NỐI VỚI PHÍA INDONESIA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71"/>
        <w:gridCol w:w="2113"/>
        <w:gridCol w:w="2004"/>
        <w:gridCol w:w="2340"/>
        <w:gridCol w:w="1350"/>
        <w:gridCol w:w="1938"/>
      </w:tblGrid>
      <w:tr w:rsidR="0004273E" w14:paraId="76E828E3" w14:textId="77777777" w:rsidTr="005014D2">
        <w:trPr>
          <w:jc w:val="center"/>
        </w:trPr>
        <w:tc>
          <w:tcPr>
            <w:tcW w:w="671" w:type="dxa"/>
            <w:shd w:val="clear" w:color="auto" w:fill="D9EAF7"/>
            <w:vAlign w:val="center"/>
          </w:tcPr>
          <w:p w14:paraId="338F85FF" w14:textId="77777777" w:rsidR="0004273E" w:rsidRDefault="00000000">
            <w:r>
              <w:rPr>
                <w:b/>
              </w:rPr>
              <w:t>STT</w:t>
            </w:r>
          </w:p>
        </w:tc>
        <w:tc>
          <w:tcPr>
            <w:tcW w:w="2113" w:type="dxa"/>
            <w:shd w:val="clear" w:color="auto" w:fill="D9EAF7"/>
            <w:vAlign w:val="center"/>
          </w:tcPr>
          <w:p w14:paraId="24144980" w14:textId="77777777" w:rsidR="0004273E" w:rsidRDefault="00000000">
            <w:r>
              <w:rPr>
                <w:b/>
              </w:rPr>
              <w:t>Cơ quan/doanh nghiệp Việt Nam có nhu cầu kết nối</w:t>
            </w:r>
          </w:p>
        </w:tc>
        <w:tc>
          <w:tcPr>
            <w:tcW w:w="2004" w:type="dxa"/>
            <w:shd w:val="clear" w:color="auto" w:fill="D9EAF7"/>
            <w:vAlign w:val="center"/>
          </w:tcPr>
          <w:p w14:paraId="39548061" w14:textId="329F5AA3" w:rsidR="0004273E" w:rsidRDefault="00000000">
            <w:r>
              <w:rPr>
                <w:b/>
              </w:rPr>
              <w:t xml:space="preserve">Đối tác Indonesia mong muốn kết nối </w:t>
            </w:r>
          </w:p>
        </w:tc>
        <w:tc>
          <w:tcPr>
            <w:tcW w:w="2340" w:type="dxa"/>
            <w:shd w:val="clear" w:color="auto" w:fill="D9EAF7"/>
            <w:vAlign w:val="center"/>
          </w:tcPr>
          <w:p w14:paraId="79CDCAA6" w14:textId="77777777" w:rsidR="0004273E" w:rsidRDefault="00000000">
            <w:r>
              <w:rPr>
                <w:b/>
              </w:rPr>
              <w:t>Loại đối tác mong muốn</w:t>
            </w:r>
          </w:p>
        </w:tc>
        <w:tc>
          <w:tcPr>
            <w:tcW w:w="1350" w:type="dxa"/>
            <w:shd w:val="clear" w:color="auto" w:fill="D9EAF7"/>
            <w:vAlign w:val="center"/>
          </w:tcPr>
          <w:p w14:paraId="66E43218" w14:textId="77777777" w:rsidR="0004273E" w:rsidRDefault="00000000">
            <w:r>
              <w:rPr>
                <w:b/>
              </w:rPr>
              <w:t>Lĩnh vực</w:t>
            </w:r>
          </w:p>
        </w:tc>
        <w:tc>
          <w:tcPr>
            <w:tcW w:w="1938" w:type="dxa"/>
            <w:shd w:val="clear" w:color="auto" w:fill="D9EAF7"/>
            <w:vAlign w:val="center"/>
          </w:tcPr>
          <w:p w14:paraId="5B62C338" w14:textId="77777777" w:rsidR="0004273E" w:rsidRDefault="00000000">
            <w:r>
              <w:rPr>
                <w:b/>
              </w:rPr>
              <w:t>Nội dung/nhu cầu hợp tác cụ thể</w:t>
            </w:r>
          </w:p>
        </w:tc>
      </w:tr>
      <w:tr w:rsidR="0004273E" w14:paraId="3D8A14B0" w14:textId="77777777" w:rsidTr="005014D2">
        <w:trPr>
          <w:jc w:val="center"/>
        </w:trPr>
        <w:tc>
          <w:tcPr>
            <w:tcW w:w="671" w:type="dxa"/>
            <w:vAlign w:val="center"/>
          </w:tcPr>
          <w:p w14:paraId="43757BBC" w14:textId="77777777" w:rsidR="0004273E" w:rsidRDefault="00000000">
            <w:r>
              <w:t>1</w:t>
            </w:r>
          </w:p>
        </w:tc>
        <w:tc>
          <w:tcPr>
            <w:tcW w:w="2113" w:type="dxa"/>
            <w:vAlign w:val="center"/>
          </w:tcPr>
          <w:p w14:paraId="0D18AB19" w14:textId="77777777" w:rsidR="0004273E" w:rsidRDefault="0004273E"/>
        </w:tc>
        <w:tc>
          <w:tcPr>
            <w:tcW w:w="2004" w:type="dxa"/>
            <w:vAlign w:val="center"/>
          </w:tcPr>
          <w:p w14:paraId="0668A2B8" w14:textId="77777777" w:rsidR="0004273E" w:rsidRDefault="0004273E"/>
        </w:tc>
        <w:tc>
          <w:tcPr>
            <w:tcW w:w="2340" w:type="dxa"/>
            <w:vAlign w:val="center"/>
          </w:tcPr>
          <w:p w14:paraId="29A308D6" w14:textId="77777777" w:rsidR="0004273E" w:rsidRDefault="00000000">
            <w:r>
              <w:t>☐ Cơ quan nhà nước</w:t>
            </w:r>
            <w:r>
              <w:br/>
              <w:t>☐ Địa phương</w:t>
            </w:r>
            <w:r>
              <w:br/>
              <w:t>☐ Hiệp hội/tổ chức</w:t>
            </w:r>
            <w:r>
              <w:br/>
              <w:t>☐ Doanh nghiệp</w:t>
            </w:r>
            <w:r>
              <w:br/>
              <w:t>☐ Trường/viện</w:t>
            </w:r>
          </w:p>
          <w:p w14:paraId="77372F01" w14:textId="6B6EC3FB" w:rsidR="00A659AC" w:rsidRDefault="00A659AC">
            <w:r>
              <w:t>…</w:t>
            </w:r>
          </w:p>
        </w:tc>
        <w:tc>
          <w:tcPr>
            <w:tcW w:w="1350" w:type="dxa"/>
            <w:vAlign w:val="center"/>
          </w:tcPr>
          <w:p w14:paraId="1B13221E" w14:textId="77777777" w:rsidR="0004273E" w:rsidRDefault="0004273E"/>
        </w:tc>
        <w:tc>
          <w:tcPr>
            <w:tcW w:w="1938" w:type="dxa"/>
            <w:vAlign w:val="center"/>
          </w:tcPr>
          <w:p w14:paraId="481089FA" w14:textId="77777777" w:rsidR="0004273E" w:rsidRDefault="0004273E"/>
        </w:tc>
      </w:tr>
    </w:tbl>
    <w:p w14:paraId="0BB8A5E3" w14:textId="4855A598" w:rsidR="0004273E" w:rsidRPr="005014D2" w:rsidRDefault="00000000">
      <w:pPr>
        <w:spacing w:before="120" w:after="80"/>
        <w:rPr>
          <w:b/>
        </w:rPr>
      </w:pPr>
      <w:r>
        <w:rPr>
          <w:b/>
        </w:rPr>
        <w:t>V.</w:t>
      </w:r>
      <w:r w:rsidR="005014D2">
        <w:rPr>
          <w:b/>
        </w:rPr>
        <w:t xml:space="preserve"> </w:t>
      </w:r>
      <w:r>
        <w:rPr>
          <w:b/>
        </w:rPr>
        <w:t>ĐỀ XUẤT KHÁC CỦA ĐỊA PHƯƠNG</w:t>
      </w:r>
    </w:p>
    <w:p w14:paraId="45C0ADE3" w14:textId="77777777" w:rsidR="0004273E" w:rsidRDefault="00000000">
      <w:pPr>
        <w:spacing w:after="60"/>
      </w:pPr>
      <w:r>
        <w:t>........................................................................................................................................................................</w:t>
      </w:r>
    </w:p>
    <w:p w14:paraId="0BDBAEB1" w14:textId="77777777" w:rsidR="0004273E" w:rsidRDefault="00000000">
      <w:pPr>
        <w:spacing w:after="60"/>
      </w:pPr>
      <w:r>
        <w:t>........................................................................................................................................................................</w:t>
      </w:r>
    </w:p>
    <w:p w14:paraId="05C96BE2" w14:textId="77777777" w:rsidR="0004273E" w:rsidRDefault="00000000">
      <w:pPr>
        <w:spacing w:after="60"/>
      </w:pPr>
      <w:r>
        <w:t>........................................................................................................................................................................</w:t>
      </w:r>
    </w:p>
    <w:sectPr w:rsidR="0004273E" w:rsidSect="00034616">
      <w:footerReference w:type="default" r:id="rId8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2CF03" w14:textId="77777777" w:rsidR="00893DA1" w:rsidRDefault="00893DA1" w:rsidP="00A659AC">
      <w:pPr>
        <w:spacing w:after="0" w:line="240" w:lineRule="auto"/>
      </w:pPr>
      <w:r>
        <w:separator/>
      </w:r>
    </w:p>
  </w:endnote>
  <w:endnote w:type="continuationSeparator" w:id="0">
    <w:p w14:paraId="18F576DC" w14:textId="77777777" w:rsidR="00893DA1" w:rsidRDefault="00893DA1" w:rsidP="00A65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E3AC4" w14:textId="6A318B07" w:rsidR="00A659AC" w:rsidRPr="00A659AC" w:rsidRDefault="00A659AC" w:rsidP="00A659AC">
    <w:pPr>
      <w:spacing w:after="0" w:line="240" w:lineRule="auto"/>
      <w:jc w:val="both"/>
      <w:rPr>
        <w:i/>
        <w:iCs/>
      </w:rPr>
    </w:pPr>
    <w:r w:rsidRPr="00A659AC">
      <w:rPr>
        <w:bCs/>
        <w:i/>
        <w:iCs/>
      </w:rPr>
      <w:t xml:space="preserve">Phiếu đăng ký </w:t>
    </w:r>
    <w:r w:rsidRPr="00A659AC">
      <w:rPr>
        <w:bCs/>
        <w:i/>
        <w:iCs/>
      </w:rPr>
      <w:t>xin gửi về</w:t>
    </w:r>
    <w:r w:rsidRPr="00A659AC">
      <w:rPr>
        <w:bCs/>
        <w:i/>
        <w:iCs/>
      </w:rPr>
      <w:t xml:space="preserve"> Cục</w:t>
    </w:r>
    <w:r w:rsidRPr="00A659AC">
      <w:rPr>
        <w:i/>
        <w:iCs/>
      </w:rPr>
      <w:t xml:space="preserve"> Ngoại vụ và Ngoại giao văn hóa, Bộ Ngoại giao </w:t>
    </w:r>
    <w:r w:rsidRPr="00A659AC">
      <w:rPr>
        <w:b/>
        <w:bCs/>
        <w:i/>
        <w:iCs/>
      </w:rPr>
      <w:t>trước ngày 12/10/2026</w:t>
    </w:r>
    <w:r w:rsidRPr="00A659AC">
      <w:rPr>
        <w:i/>
        <w:iCs/>
      </w:rPr>
      <w:t>.</w:t>
    </w:r>
  </w:p>
  <w:p w14:paraId="2AB15682" w14:textId="77777777" w:rsidR="00A659AC" w:rsidRPr="00A659AC" w:rsidRDefault="00A659AC" w:rsidP="00A659AC">
    <w:pPr>
      <w:spacing w:after="0" w:line="240" w:lineRule="auto"/>
      <w:jc w:val="both"/>
      <w:rPr>
        <w:bCs/>
        <w:i/>
        <w:iCs/>
      </w:rPr>
    </w:pPr>
    <w:r w:rsidRPr="00A659AC">
      <w:rPr>
        <w:bCs/>
        <w:i/>
        <w:iCs/>
      </w:rPr>
      <w:t>Đầu mối liên hệ: đ/c Hồ Thị Hồng Nhung, điện thoại: 024 3799 5226/0911 550 868; email: dp.nvvh@gmail.com.</w:t>
    </w:r>
  </w:p>
  <w:p w14:paraId="2ACF330A" w14:textId="77777777" w:rsidR="00A659AC" w:rsidRDefault="00A659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8F2D6" w14:textId="77777777" w:rsidR="00893DA1" w:rsidRDefault="00893DA1" w:rsidP="00A659AC">
      <w:pPr>
        <w:spacing w:after="0" w:line="240" w:lineRule="auto"/>
      </w:pPr>
      <w:r>
        <w:separator/>
      </w:r>
    </w:p>
  </w:footnote>
  <w:footnote w:type="continuationSeparator" w:id="0">
    <w:p w14:paraId="1C1E953C" w14:textId="77777777" w:rsidR="00893DA1" w:rsidRDefault="00893DA1" w:rsidP="00A659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973063">
    <w:abstractNumId w:val="8"/>
  </w:num>
  <w:num w:numId="2" w16cid:durableId="349142345">
    <w:abstractNumId w:val="6"/>
  </w:num>
  <w:num w:numId="3" w16cid:durableId="1801262503">
    <w:abstractNumId w:val="5"/>
  </w:num>
  <w:num w:numId="4" w16cid:durableId="585774310">
    <w:abstractNumId w:val="4"/>
  </w:num>
  <w:num w:numId="5" w16cid:durableId="569078891">
    <w:abstractNumId w:val="7"/>
  </w:num>
  <w:num w:numId="6" w16cid:durableId="882063313">
    <w:abstractNumId w:val="3"/>
  </w:num>
  <w:num w:numId="7" w16cid:durableId="636957630">
    <w:abstractNumId w:val="2"/>
  </w:num>
  <w:num w:numId="8" w16cid:durableId="4094157">
    <w:abstractNumId w:val="1"/>
  </w:num>
  <w:num w:numId="9" w16cid:durableId="1978874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273E"/>
    <w:rsid w:val="0006063C"/>
    <w:rsid w:val="0015074B"/>
    <w:rsid w:val="0029639D"/>
    <w:rsid w:val="00326F90"/>
    <w:rsid w:val="005014D2"/>
    <w:rsid w:val="00893DA1"/>
    <w:rsid w:val="00980C02"/>
    <w:rsid w:val="009C0D94"/>
    <w:rsid w:val="00A659A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5D2AF7"/>
  <w14:defaultImageDpi w14:val="300"/>
  <w15:docId w15:val="{2796C7F7-23B8-4313-9464-7D8A73C20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Cục Ngoại vụ và Ngoại giao văn hóa 01</cp:lastModifiedBy>
  <cp:revision>4</cp:revision>
  <dcterms:created xsi:type="dcterms:W3CDTF">2013-12-23T23:15:00Z</dcterms:created>
  <dcterms:modified xsi:type="dcterms:W3CDTF">2026-09-25T09:06:00Z</dcterms:modified>
  <cp:category/>
</cp:coreProperties>
</file>